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36"/>
        </w:rPr>
        <w:t>Business Energy Claim</w:t>
      </w:r>
    </w:p>
    <w:p>
      <w:pPr>
        <w:jc w:val="center"/>
      </w:pPr>
      <w:r>
        <w:rPr>
          <w:sz w:val="28"/>
        </w:rPr>
        <w:t>Quantum Valuation</w:t>
      </w:r>
    </w:p>
    <w:p/>
    <w:tbl>
      <w:tblPr>
        <w:tblStyle w:val="TableGrid"/>
        <w:tblW w:type="auto" w:w="0"/>
        <w:tblLook w:firstColumn="1" w:firstRow="1" w:lastColumn="0" w:lastRow="0" w:noHBand="0" w:noVBand="1" w:val="04A0"/>
      </w:tblPr>
      <w:tblGrid>
        <w:gridCol w:w="4703"/>
        <w:gridCol w:w="4703"/>
      </w:tblGrid>
      <w:tr>
        <w:tc>
          <w:tcPr>
            <w:tcW w:type="dxa" w:w="4703"/>
          </w:tcPr>
          <w:p>
            <w:r>
              <w:rPr>
                <w:rFonts w:ascii="Arial" w:hAnsi="Arial"/>
                <w:sz w:val="20"/>
              </w:rPr>
              <w:t>Case reference</w:t>
            </w:r>
          </w:p>
        </w:tc>
        <w:tc>
          <w:tcPr>
            <w:tcW w:type="dxa" w:w="4703"/>
          </w:tcPr>
          <w:p>
            <w:r>
              <w:rPr>
                <w:rFonts w:ascii="Arial" w:hAnsi="Arial"/>
                <w:sz w:val="20"/>
              </w:rPr>
              <w:t>[REDACTED] Multi-Site</w:t>
            </w:r>
          </w:p>
        </w:tc>
      </w:tr>
      <w:tr>
        <w:tc>
          <w:tcPr>
            <w:tcW w:type="dxa" w:w="4703"/>
          </w:tcPr>
          <w:p>
            <w:r>
              <w:rPr>
                <w:rFonts w:ascii="Arial" w:hAnsi="Arial"/>
                <w:sz w:val="20"/>
              </w:rPr>
              <w:t>Claimant</w:t>
            </w:r>
          </w:p>
        </w:tc>
        <w:tc>
          <w:tcPr>
            <w:tcW w:type="dxa" w:w="4703"/>
          </w:tcPr>
          <w:p>
            <w:r>
              <w:rPr>
                <w:rFonts w:ascii="Arial" w:hAnsi="Arial"/>
                <w:sz w:val="20"/>
              </w:rPr>
              <w:t>[REDACTED]</w:t>
            </w:r>
          </w:p>
        </w:tc>
      </w:tr>
      <w:tr>
        <w:tc>
          <w:tcPr>
            <w:tcW w:type="dxa" w:w="4703"/>
          </w:tcPr>
          <w:p>
            <w:r>
              <w:rPr>
                <w:rFonts w:ascii="Arial" w:hAnsi="Arial"/>
                <w:sz w:val="20"/>
              </w:rPr>
              <w:t>Instructing solicitor</w:t>
            </w:r>
          </w:p>
        </w:tc>
        <w:tc>
          <w:tcPr>
            <w:tcW w:type="dxa" w:w="4703"/>
          </w:tcPr>
          <w:p>
            <w:r>
              <w:rPr>
                <w:rFonts w:ascii="Arial" w:hAnsi="Arial"/>
                <w:sz w:val="20"/>
              </w:rPr>
              <w:t>[FIRM] — [SOLICITOR NAME]</w:t>
            </w:r>
          </w:p>
        </w:tc>
      </w:tr>
      <w:tr>
        <w:tc>
          <w:tcPr>
            <w:tcW w:type="dxa" w:w="4703"/>
          </w:tcPr>
          <w:p>
            <w:r>
              <w:rPr>
                <w:rFonts w:ascii="Arial" w:hAnsi="Arial"/>
                <w:sz w:val="20"/>
              </w:rPr>
              <w:t>Prepared by</w:t>
            </w:r>
          </w:p>
        </w:tc>
        <w:tc>
          <w:tcPr>
            <w:tcW w:type="dxa" w:w="4703"/>
          </w:tcPr>
          <w:p>
            <w:r>
              <w:rPr>
                <w:rFonts w:ascii="Arial" w:hAnsi="Arial"/>
                <w:sz w:val="20"/>
              </w:rPr>
              <w:t>[NAME]</w:t>
            </w:r>
          </w:p>
        </w:tc>
      </w:tr>
      <w:tr>
        <w:tc>
          <w:tcPr>
            <w:tcW w:type="dxa" w:w="4703"/>
          </w:tcPr>
          <w:p>
            <w:r>
              <w:rPr>
                <w:rFonts w:ascii="Arial" w:hAnsi="Arial"/>
                <w:sz w:val="20"/>
              </w:rPr>
              <w:t>Date of instruction</w:t>
            </w:r>
          </w:p>
        </w:tc>
        <w:tc>
          <w:tcPr>
            <w:tcW w:type="dxa" w:w="4703"/>
          </w:tcPr>
          <w:p>
            <w:r>
              <w:rPr>
                <w:rFonts w:ascii="Arial" w:hAnsi="Arial"/>
                <w:sz w:val="20"/>
              </w:rPr>
              <w:t>[DD MONTH YYYY]</w:t>
            </w:r>
          </w:p>
        </w:tc>
      </w:tr>
      <w:tr>
        <w:tc>
          <w:tcPr>
            <w:tcW w:type="dxa" w:w="4703"/>
          </w:tcPr>
          <w:p>
            <w:r>
              <w:rPr>
                <w:rFonts w:ascii="Arial" w:hAnsi="Arial"/>
                <w:sz w:val="20"/>
              </w:rPr>
              <w:t>Date of valuation</w:t>
            </w:r>
          </w:p>
        </w:tc>
        <w:tc>
          <w:tcPr>
            <w:tcW w:type="dxa" w:w="4703"/>
          </w:tcPr>
          <w:p>
            <w:r>
              <w:rPr>
                <w:rFonts w:ascii="Arial" w:hAnsi="Arial"/>
                <w:sz w:val="20"/>
              </w:rPr>
              <w:t>8 February 2026</w:t>
            </w:r>
          </w:p>
        </w:tc>
      </w:tr>
      <w:tr>
        <w:tc>
          <w:tcPr>
            <w:tcW w:type="dxa" w:w="4703"/>
          </w:tcPr>
          <w:p>
            <w:r>
              <w:rPr>
                <w:rFonts w:ascii="Arial" w:hAnsi="Arial"/>
                <w:sz w:val="20"/>
              </w:rPr>
              <w:t>Case status</w:t>
            </w:r>
          </w:p>
        </w:tc>
        <w:tc>
          <w:tcPr>
            <w:tcW w:type="dxa" w:w="4703"/>
          </w:tcPr>
          <w:p>
            <w:r>
              <w:rPr>
                <w:rFonts w:ascii="Arial" w:hAnsi="Arial"/>
                <w:sz w:val="20"/>
              </w:rPr>
              <w:t>Awaiting disclosure / Authority confirmation required</w:t>
            </w:r>
          </w:p>
        </w:tc>
      </w:tr>
    </w:tbl>
    <w:p/>
    <w:p>
      <w:pPr>
        <w:spacing w:after="160"/>
      </w:pPr>
      <w:r>
        <w:rPr>
          <w:rFonts w:ascii="Arial" w:hAnsi="Arial"/>
          <w:b w:val="0"/>
          <w:i/>
          <w:sz w:val="22"/>
        </w:rPr>
        <w:t>About this valuation</w:t>
        <w:br/>
        <w:t>This document provides a clear quantum assessment of the Business Energy Claim brought by the claimant against the supplier in respect of a multi-site portfolio (14 locations). It opens with the hidden-commission range, moves through the rescission quantum, and resolves interest in a dedicated section. It is written in plain English. Every legal assertion is supported by the authorities held by the firm. No commission rate, fair rate, wholesale series or uplift is invented. Where a figure depends on data that has not yet been disclosed by the supplier, the valuation says so clearly.</w:t>
      </w:r>
    </w:p>
    <w:p>
      <w:pPr>
        <w:spacing w:after="160"/>
      </w:pPr>
      <w:r>
        <w:rPr>
          <w:rFonts w:ascii="Arial" w:hAnsi="Arial"/>
          <w:b w:val="0"/>
          <w:i/>
          <w:sz w:val="22"/>
        </w:rPr>
        <w:t>Strictly private and confidential  ·  Prepared for the instructing solicitor  ·  Subject to litigation privilege</w:t>
      </w:r>
    </w:p>
    <w:p>
      <w:r>
        <w:br w:type="page"/>
      </w:r>
    </w:p>
    <w:p>
      <w:pPr>
        <w:pStyle w:val="Heading1"/>
      </w:pPr>
      <w:r>
        <w:rPr>
          <w:color w:val="1F4E79"/>
        </w:rPr>
        <w:t>1. Basis of this valuation</w:t>
      </w:r>
    </w:p>
    <w:p>
      <w:pPr>
        <w:pStyle w:val="Heading2"/>
      </w:pPr>
      <w:r>
        <w:rPr>
          <w:color w:val="1F4E79"/>
        </w:rPr>
        <w:t>1.1 Nature of the document</w:t>
      </w:r>
    </w:p>
    <w:p>
      <w:pPr>
        <w:spacing w:after="160"/>
      </w:pPr>
      <w:r>
        <w:rPr>
          <w:rFonts w:ascii="Arial" w:hAnsi="Arial"/>
          <w:b w:val="0"/>
          <w:i w:val="0"/>
          <w:sz w:val="22"/>
        </w:rPr>
        <w:t>This is a quantum valuation. Its purpose is to give the instructing solicitor a reasoned, auditable figure with which to assess the claim.</w:t>
      </w:r>
    </w:p>
    <w:p>
      <w:pPr>
        <w:pStyle w:val="Heading2"/>
      </w:pPr>
      <w:r>
        <w:rPr>
          <w:color w:val="1F4E79"/>
        </w:rPr>
        <w:t>1.2 Scope</w:t>
      </w:r>
    </w:p>
    <w:p>
      <w:pPr>
        <w:spacing w:after="160"/>
      </w:pPr>
      <w:r>
        <w:rPr>
          <w:rFonts w:ascii="Arial" w:hAnsi="Arial"/>
          <w:b w:val="0"/>
          <w:i w:val="0"/>
          <w:sz w:val="22"/>
        </w:rPr>
        <w:t>The valuation assesses the quantum of the claimant’s claim against the supplier arising from an undisclosed commission paid by the supplier to the broker across a portfolio of 14 sites. It does not decide liability. The legal context in Section 3 is included only to explain the basis on which the figures are calculated. Assumptions made in the absence of full disclosure are listed at Section 10.</w:t>
      </w:r>
    </w:p>
    <w:p>
      <w:pPr>
        <w:pStyle w:val="Heading1"/>
      </w:pPr>
      <w:r>
        <w:rPr>
          <w:color w:val="1F4E79"/>
        </w:rPr>
        <w:t>2. Case framing — parties, contracts and meters</w:t>
      </w:r>
    </w:p>
    <w:p>
      <w:pPr>
        <w:spacing w:after="160"/>
      </w:pPr>
      <w:r>
        <w:rPr>
          <w:rFonts w:ascii="Arial" w:hAnsi="Arial"/>
          <w:b w:val="0"/>
          <w:i w:val="0"/>
          <w:sz w:val="22"/>
        </w:rPr>
        <w:t>This section records the data that the whole calculation binds to. Every figure later in the valuation traces back to a value stated here.</w:t>
      </w:r>
    </w:p>
    <w:p>
      <w:pPr>
        <w:pStyle w:val="Heading2"/>
      </w:pPr>
      <w:r>
        <w:rPr>
          <w:color w:val="1F4E79"/>
        </w:rPr>
        <w:t>2.1 Parties</w:t>
      </w:r>
    </w:p>
    <w:tbl>
      <w:tblPr>
        <w:tblStyle w:val="TableGrid"/>
        <w:tblW w:type="auto" w:w="0"/>
        <w:tblLook w:firstColumn="1" w:firstRow="1" w:lastColumn="0" w:lastRow="0" w:noHBand="0" w:noVBand="1" w:val="04A0"/>
      </w:tblPr>
      <w:tblGrid>
        <w:gridCol w:w="4703"/>
        <w:gridCol w:w="4703"/>
      </w:tblGrid>
      <w:tr>
        <w:tc>
          <w:tcPr>
            <w:tcW w:type="dxa" w:w="4703"/>
          </w:tcPr>
          <w:p>
            <w:r>
              <w:t>Claimant</w:t>
            </w:r>
          </w:p>
        </w:tc>
        <w:tc>
          <w:tcPr>
            <w:tcW w:type="dxa" w:w="4703"/>
          </w:tcPr>
          <w:p>
            <w:r>
              <w:t>[REDACTED] (company renamed on 16 April 2021)</w:t>
            </w:r>
          </w:p>
        </w:tc>
      </w:tr>
      <w:tr>
        <w:tc>
          <w:tcPr>
            <w:tcW w:type="dxa" w:w="4703"/>
          </w:tcPr>
          <w:p>
            <w:r>
              <w:t>Broker</w:t>
            </w:r>
          </w:p>
        </w:tc>
        <w:tc>
          <w:tcPr>
            <w:tcW w:type="dxa" w:w="4703"/>
          </w:tcPr>
          <w:p>
            <w:r>
              <w:t>[REDACTED]</w:t>
            </w:r>
          </w:p>
        </w:tc>
      </w:tr>
      <w:tr>
        <w:tc>
          <w:tcPr>
            <w:tcW w:type="dxa" w:w="4703"/>
          </w:tcPr>
          <w:p>
            <w:r>
              <w:t>Supplier</w:t>
            </w:r>
          </w:p>
        </w:tc>
        <w:tc>
          <w:tcPr>
            <w:tcW w:type="dxa" w:w="4703"/>
          </w:tcPr>
          <w:p>
            <w:r>
              <w:t>[REDACTED]</w:t>
            </w:r>
          </w:p>
        </w:tc>
      </w:tr>
    </w:tbl>
    <w:p>
      <w:pPr>
        <w:pStyle w:val="Heading2"/>
      </w:pPr>
      <w:r>
        <w:rPr>
          <w:color w:val="1F4E79"/>
        </w:rPr>
        <w:t>2.2 Contracts</w:t>
      </w:r>
    </w:p>
    <w:tbl>
      <w:tblPr>
        <w:tblStyle w:val="TableGrid"/>
        <w:tblW w:type="auto" w:w="0"/>
        <w:tblLook w:firstColumn="1" w:firstRow="1" w:lastColumn="0" w:lastRow="0" w:noHBand="0" w:noVBand="1" w:val="04A0"/>
      </w:tblPr>
      <w:tblGrid>
        <w:gridCol w:w="4703"/>
        <w:gridCol w:w="4703"/>
      </w:tblGrid>
      <w:tr>
        <w:tc>
          <w:tcPr>
            <w:tcW w:type="dxa" w:w="4703"/>
          </w:tcPr>
          <w:p>
            <w:r>
              <w:t>Portfolio</w:t>
            </w:r>
          </w:p>
        </w:tc>
        <w:tc>
          <w:tcPr>
            <w:tcW w:type="dxa" w:w="4703"/>
          </w:tcPr>
          <w:p>
            <w:r>
              <w:t>14 locations, three rate structures</w:t>
            </w:r>
          </w:p>
        </w:tc>
      </w:tr>
      <w:tr>
        <w:tc>
          <w:tcPr>
            <w:tcW w:type="dxa" w:w="4703"/>
          </w:tcPr>
          <w:p>
            <w:r>
              <w:t>Contract term</w:t>
            </w:r>
          </w:p>
        </w:tc>
        <w:tc>
          <w:tcPr>
            <w:tcW w:type="dxa" w:w="4703"/>
          </w:tcPr>
          <w:p>
            <w:r>
              <w:t>2 years (per Contract Acceptance Form)</w:t>
            </w:r>
          </w:p>
        </w:tc>
      </w:tr>
      <w:tr>
        <w:tc>
          <w:tcPr>
            <w:tcW w:type="dxa" w:w="4703"/>
          </w:tcPr>
          <w:p>
            <w:r>
              <w:t>Contract periods</w:t>
            </w:r>
          </w:p>
        </w:tc>
        <w:tc>
          <w:tcPr>
            <w:tcW w:type="dxa" w:w="4703"/>
          </w:tcPr>
          <w:p>
            <w:r>
              <w:t>Starts between 1 July 2019 and 2 November 2019; ends approximately September–November 2021</w:t>
            </w:r>
          </w:p>
        </w:tc>
      </w:tr>
      <w:tr>
        <w:tc>
          <w:tcPr>
            <w:tcW w:type="dxa" w:w="4703"/>
          </w:tcPr>
          <w:p>
            <w:r>
              <w:t>Number of contracts</w:t>
            </w:r>
          </w:p>
        </w:tc>
        <w:tc>
          <w:tcPr>
            <w:tcW w:type="dxa" w:w="4703"/>
          </w:tcPr>
          <w:p>
            <w:r>
              <w:t>1 (multi-site)</w:t>
            </w:r>
          </w:p>
        </w:tc>
      </w:tr>
    </w:tbl>
    <w:p>
      <w:pPr>
        <w:pStyle w:val="Heading2"/>
      </w:pPr>
      <w:r>
        <w:rPr>
          <w:color w:val="1F4E79"/>
        </w:rPr>
        <w:t>2.3 Rate structures and consumption</w:t>
      </w:r>
    </w:p>
    <w:p>
      <w:pPr>
        <w:spacing w:after="160"/>
      </w:pPr>
      <w:r>
        <w:rPr>
          <w:rFonts w:ascii="Arial" w:hAnsi="Arial"/>
          <w:b w:val="0"/>
          <w:i w:val="0"/>
          <w:sz w:val="22"/>
        </w:rPr>
        <w:t>Group 1 — Single Rate Electricity (8 sites)</w:t>
      </w:r>
    </w:p>
    <w:p>
      <w:pPr>
        <w:spacing w:after="160"/>
      </w:pPr>
      <w:r>
        <w:rPr>
          <w:rFonts w:ascii="Arial" w:hAnsi="Arial"/>
          <w:b w:val="0"/>
          <w:i w:val="0"/>
          <w:sz w:val="22"/>
        </w:rPr>
        <w:t>Rate charged: 14.760 p/kWh. Combined annual consumption: 625,585 kWh. Two start dates apply (1 July 2019 and 1 October 2019).</w:t>
      </w:r>
    </w:p>
    <w:p>
      <w:pPr>
        <w:spacing w:after="160"/>
      </w:pPr>
      <w:r>
        <w:rPr>
          <w:rFonts w:ascii="Arial" w:hAnsi="Arial"/>
          <w:b w:val="0"/>
          <w:i w:val="0"/>
          <w:sz w:val="22"/>
        </w:rPr>
        <w:t>Group 2 — Day/Night Electricity (3 sites)</w:t>
      </w:r>
    </w:p>
    <w:p>
      <w:pPr>
        <w:spacing w:after="160"/>
      </w:pPr>
      <w:r>
        <w:rPr>
          <w:rFonts w:ascii="Arial" w:hAnsi="Arial"/>
          <w:b w:val="0"/>
          <w:i w:val="0"/>
          <w:sz w:val="22"/>
        </w:rPr>
        <w:t>Rates charged: Day 15.320 p/kWh, Night 10.990 p/kWh. Weighted rate: 14.454 p/kWh. Combined annual consumption: 153,511 kWh.</w:t>
      </w:r>
    </w:p>
    <w:p>
      <w:pPr>
        <w:spacing w:after="160"/>
      </w:pPr>
      <w:r>
        <w:rPr>
          <w:rFonts w:ascii="Arial" w:hAnsi="Arial"/>
          <w:b w:val="0"/>
          <w:i w:val="0"/>
          <w:sz w:val="22"/>
        </w:rPr>
        <w:t>Group 3 — Multi-Rate Electricity (3 sites)</w:t>
      </w:r>
    </w:p>
    <w:p>
      <w:pPr>
        <w:spacing w:after="160"/>
      </w:pPr>
      <w:r>
        <w:rPr>
          <w:rFonts w:ascii="Arial" w:hAnsi="Arial"/>
          <w:b w:val="0"/>
          <w:i w:val="0"/>
          <w:sz w:val="22"/>
        </w:rPr>
        <w:t>Rates charged: Day 10.82, Weekday 16.06, Evening/Weekend 12.62 p/kWh + standing charge 50.71 p/day. Estimated weighted rate ~13.50 p/kWh (actual register split not yet available). Combined annual consumption: 259,376 kWh.</w:t>
      </w:r>
    </w:p>
    <w:p>
      <w:pPr>
        <w:spacing w:after="160"/>
      </w:pPr>
      <w:r>
        <w:rPr>
          <w:rFonts w:ascii="Arial" w:hAnsi="Arial"/>
          <w:b w:val="0"/>
          <w:i/>
          <w:sz w:val="22"/>
        </w:rPr>
        <w:t>Disclosure position — the hinge</w:t>
        <w:br/>
        <w:t>On the information currently available, neither the fact nor the amount of the commission paid by the supplier to the broker was disclosed to the claimant. This is treated as a fully secret commission. That supports rescission (Section 5) as the primary measure, with the secret-commission-only claim (Section 6) available as a fall-back.</w:t>
      </w:r>
    </w:p>
    <w:p>
      <w:pPr>
        <w:spacing w:after="160"/>
      </w:pPr>
      <w:r>
        <w:rPr>
          <w:rFonts w:ascii="Arial" w:hAnsi="Arial"/>
          <w:b w:val="0"/>
          <w:i/>
          <w:sz w:val="22"/>
        </w:rPr>
        <w:t>Authority note</w:t>
        <w:br/>
        <w:t>Neither the LOA signatory nor the contract signatory appears as a director of the claimant company on Companies House. The LOA is dated 11 October 2019, approximately four months after the contract acceptance forms (5 June 2019). Confirmation of authority to bind the company is required before the claim is formally advanced.</w:t>
      </w:r>
    </w:p>
    <w:p>
      <w:pPr>
        <w:pStyle w:val="Heading1"/>
      </w:pPr>
      <w:r>
        <w:rPr>
          <w:color w:val="1F4E79"/>
        </w:rPr>
        <w:t>3. Legal foundation (context for the figures)</w:t>
      </w:r>
    </w:p>
    <w:p>
      <w:pPr>
        <w:spacing w:after="160"/>
      </w:pPr>
      <w:r>
        <w:rPr>
          <w:rFonts w:ascii="Arial" w:hAnsi="Arial"/>
          <w:b w:val="0"/>
          <w:i w:val="0"/>
          <w:sz w:val="22"/>
        </w:rPr>
        <w:t>The claim is grounded in the principle that an undisclosed commission paid by the supplier to the broker is a bribe. The claimant is entitled to rescission of the contract and restitution, subject to counter-restitution of the value it actually received, together with interest.</w:t>
      </w:r>
    </w:p>
    <w:p>
      <w:pPr>
        <w:spacing w:after="160"/>
      </w:pPr>
      <w:r>
        <w:rPr>
          <w:rFonts w:ascii="Arial" w:hAnsi="Arial"/>
          <w:b w:val="0"/>
          <w:i w:val="0"/>
          <w:sz w:val="22"/>
        </w:rPr>
        <w:t>The leading modern authority is Wood v Commercial First Business Ltd [2021] EWCA Civ 471. The fiduciary analysis is reinforced by Bristol &amp; West Building Society v Mothew [1998] Ch 1 (single-minded loyalty; no unauthorised profit).</w:t>
      </w:r>
    </w:p>
    <w:p>
      <w:pPr>
        <w:spacing w:after="160"/>
      </w:pPr>
      <w:r>
        <w:rPr>
          <w:rFonts w:ascii="Arial" w:hAnsi="Arial"/>
          <w:b w:val="0"/>
          <w:i w:val="0"/>
          <w:sz w:val="22"/>
        </w:rPr>
        <w:t>The Supreme Court decision in Hopcraft v Close Brothers Ltd; Johnson v FirstRand Bank Ltd; Wrench v FirstRand Bank Ltd [2025] UKSC 33 (1 August 2025) has effectively closed off the half-secret defence. This valuation takes that decision into account.</w:t>
      </w:r>
    </w:p>
    <w:p>
      <w:pPr>
        <w:spacing w:after="160"/>
      </w:pPr>
      <w:r>
        <w:rPr>
          <w:rFonts w:ascii="Arial" w:hAnsi="Arial"/>
          <w:b w:val="0"/>
          <w:i w:val="0"/>
          <w:sz w:val="22"/>
        </w:rPr>
        <w:t>The Court of Appeal decision in Expert Tooling and Automation Ltd v Engie Power Ltd [2025] EWCA Civ 292 confirms that a generic notice which merely puts the customer on enquiry is not enough. Fully informed consent requires disclosure of the material facts.</w:t>
      </w:r>
    </w:p>
    <w:p>
      <w:pPr>
        <w:spacing w:after="160"/>
      </w:pPr>
      <w:r>
        <w:rPr>
          <w:rFonts w:ascii="Arial" w:hAnsi="Arial"/>
          <w:b w:val="0"/>
          <w:i w:val="0"/>
          <w:sz w:val="22"/>
        </w:rPr>
        <w:t>Because the claim is founded in fraud (the secret commission is a bribe), a compounding interest basis is properly within the menu of options for the commission-only claim.</w:t>
      </w:r>
    </w:p>
    <w:p>
      <w:pPr>
        <w:pStyle w:val="Heading1"/>
      </w:pPr>
      <w:r>
        <w:rPr>
          <w:color w:val="1F4E79"/>
        </w:rPr>
        <w:t>4. The hidden commission — establishing the range</w:t>
      </w:r>
    </w:p>
    <w:p>
      <w:pPr>
        <w:spacing w:after="160"/>
      </w:pPr>
      <w:r>
        <w:rPr>
          <w:rFonts w:ascii="Arial" w:hAnsi="Arial"/>
          <w:b w:val="0"/>
          <w:i w:val="0"/>
          <w:sz w:val="22"/>
        </w:rPr>
        <w:t>The quantitative analysis opens here. The hidden commission is presented as a range so the reader sees the plausible envelope before any rescission arithmetic.</w:t>
      </w:r>
    </w:p>
    <w:p>
      <w:pPr>
        <w:spacing w:after="160"/>
      </w:pPr>
      <w:r>
        <w:rPr>
          <w:rFonts w:ascii="Arial" w:hAnsi="Arial"/>
          <w:b w:val="0"/>
          <w:i w:val="0"/>
          <w:sz w:val="22"/>
        </w:rPr>
        <w:t>The supplier has not disclosed the commission paid to the broker. No evidential figure for the commission (either as a pence-per-kWh uplift or as a lump sum) is currently available. A formal request must be made to the supplier for the actual commission paid.</w:t>
      </w:r>
    </w:p>
    <w:p>
      <w:pPr>
        <w:spacing w:after="160"/>
      </w:pPr>
      <w:r>
        <w:rPr>
          <w:rFonts w:ascii="Arial" w:hAnsi="Arial"/>
          <w:b w:val="0"/>
          <w:i w:val="0"/>
          <w:sz w:val="22"/>
        </w:rPr>
        <w:t>Until that disclosure is received, no Low / Central / High commission range is stated in this valuation. No percentage or pence-per-kWh figure is inserted by guesswork.</w:t>
      </w:r>
    </w:p>
    <w:p>
      <w:pPr>
        <w:pStyle w:val="Heading1"/>
      </w:pPr>
      <w:r>
        <w:rPr>
          <w:color w:val="1F4E79"/>
        </w:rPr>
        <w:t>5. Primary quantum — rescission and counter-restitution</w:t>
      </w:r>
    </w:p>
    <w:p>
      <w:pPr>
        <w:spacing w:after="160"/>
      </w:pPr>
      <w:r>
        <w:rPr>
          <w:rFonts w:ascii="Arial" w:hAnsi="Arial"/>
          <w:b w:val="0"/>
          <w:i w:val="0"/>
          <w:sz w:val="22"/>
        </w:rPr>
        <w:t>This is the headline measure. On rescission the claimant gives back the value of what it received and recovers what it paid. Following Wood, the measure is:</w:t>
      </w:r>
    </w:p>
    <w:p>
      <w:pPr>
        <w:spacing w:after="160"/>
      </w:pPr>
      <w:r>
        <w:rPr>
          <w:rFonts w:ascii="Arial" w:hAnsi="Arial"/>
          <w:b/>
          <w:i w:val="0"/>
          <w:sz w:val="22"/>
        </w:rPr>
        <w:t>Rescission quantum = (A + B) − (C + D)</w:t>
      </w:r>
    </w:p>
    <w:p>
      <w:pPr>
        <w:spacing w:after="160"/>
      </w:pPr>
      <w:r>
        <w:rPr>
          <w:rFonts w:ascii="Arial" w:hAnsi="Arial"/>
          <w:b w:val="0"/>
          <w:i w:val="0"/>
          <w:sz w:val="22"/>
        </w:rPr>
        <w:t>A — all monies paid by the claimant under the contract.</w:t>
      </w:r>
    </w:p>
    <w:p>
      <w:pPr>
        <w:spacing w:after="160"/>
      </w:pPr>
      <w:r>
        <w:rPr>
          <w:rFonts w:ascii="Arial" w:hAnsi="Arial"/>
          <w:b w:val="0"/>
          <w:i w:val="0"/>
          <w:sz w:val="22"/>
        </w:rPr>
        <w:t>B — interest on A (Section 7.1).</w:t>
      </w:r>
    </w:p>
    <w:p>
      <w:pPr>
        <w:spacing w:after="160"/>
      </w:pPr>
      <w:r>
        <w:rPr>
          <w:rFonts w:ascii="Arial" w:hAnsi="Arial"/>
          <w:b w:val="0"/>
          <w:i w:val="0"/>
          <w:sz w:val="22"/>
        </w:rPr>
        <w:t>C — the supplier’s legitimate cost of the energy actually supplied (counter-restitution).</w:t>
      </w:r>
    </w:p>
    <w:p>
      <w:pPr>
        <w:spacing w:after="160"/>
      </w:pPr>
      <w:r>
        <w:rPr>
          <w:rFonts w:ascii="Arial" w:hAnsi="Arial"/>
          <w:b w:val="0"/>
          <w:i w:val="0"/>
          <w:sz w:val="22"/>
        </w:rPr>
        <w:t>D — interest on C (Section 7.1).</w:t>
      </w:r>
    </w:p>
    <w:p>
      <w:pPr>
        <w:spacing w:after="160"/>
      </w:pPr>
      <w:r>
        <w:rPr>
          <w:rFonts w:ascii="Arial" w:hAnsi="Arial"/>
          <w:b w:val="0"/>
          <w:i/>
          <w:sz w:val="22"/>
        </w:rPr>
        <w:t>Wholesale rates used for the legitimate-cost leg</w:t>
        <w:br/>
        <w:t>Group 1 &amp; 2 (July 2019 starts): Electricity ALL-IN July 2018 = 5.50 p/kWh.</w:t>
        <w:br/>
        <w:t>Group 1 &amp; 2 (October 2019 starts): Electricity ALL-IN October 2018 = 5.90 p/kWh.</w:t>
        <w:br/>
        <w:t>Group 3 (October/November 2019 starts): 5.90 p/kWh and 5.85 p/kWh respectively.</w:t>
        <w:br/>
        <w:t>These are evidential public-series lookups, not invented figures.</w:t>
      </w:r>
    </w:p>
    <w:p>
      <w:pPr>
        <w:spacing w:after="160"/>
      </w:pPr>
      <w:r>
        <w:rPr>
          <w:rFonts w:ascii="Arial" w:hAnsi="Arial"/>
          <w:b w:val="0"/>
          <w:i w:val="0"/>
          <w:sz w:val="22"/>
        </w:rPr>
        <w:t>Group 1 (Single Rate) — Base overcharge quantum: £112,160</w:t>
      </w:r>
    </w:p>
    <w:p>
      <w:pPr>
        <w:spacing w:after="160"/>
      </w:pPr>
      <w:r>
        <w:rPr>
          <w:rFonts w:ascii="Arial" w:hAnsi="Arial"/>
          <w:b w:val="0"/>
          <w:i w:val="0"/>
          <w:sz w:val="22"/>
        </w:rPr>
        <w:t>Group 2 (Day/Night) — Base overcharge quantum: £27,407</w:t>
      </w:r>
    </w:p>
    <w:p>
      <w:pPr>
        <w:spacing w:after="160"/>
      </w:pPr>
      <w:r>
        <w:rPr>
          <w:rFonts w:ascii="Arial" w:hAnsi="Arial"/>
          <w:b w:val="0"/>
          <w:i w:val="0"/>
          <w:sz w:val="22"/>
        </w:rPr>
        <w:t>Group 3 (Multi-Rate) — Estimated base quantum: approximately £56,409 (subject to actual register data)</w:t>
      </w:r>
    </w:p>
    <w:p>
      <w:pPr>
        <w:spacing w:after="160"/>
      </w:pPr>
      <w:r>
        <w:rPr>
          <w:rFonts w:ascii="Arial" w:hAnsi="Arial"/>
          <w:b w:val="0"/>
          <w:i w:val="0"/>
          <w:sz w:val="22"/>
        </w:rPr>
        <w:t>The multi-rate group (Group 3) currently uses an estimated weighted rate of ~13.50 p/kWh because actual consumption per register is not yet available. That figure may move once the full bill data is obtained.</w:t>
      </w:r>
    </w:p>
    <w:p>
      <w:pPr>
        <w:pStyle w:val="Heading1"/>
      </w:pPr>
      <w:r>
        <w:rPr>
          <w:color w:val="1F4E79"/>
        </w:rPr>
        <w:t>6. Fall-back quantum — the secret-commission-only claim</w:t>
      </w:r>
    </w:p>
    <w:p>
      <w:pPr>
        <w:spacing w:after="160"/>
      </w:pPr>
      <w:r>
        <w:rPr>
          <w:rFonts w:ascii="Arial" w:hAnsi="Arial"/>
          <w:b w:val="0"/>
          <w:i w:val="0"/>
          <w:sz w:val="22"/>
        </w:rPr>
        <w:t>Where rescission is unavailable or resisted, the claim falls back to the value of the secret commission itself. Because the actual commission has not been disclosed, no principal figure is stated here. Once the supplier provides the commission amount, interest options under Section 7.2 can be applied. The fall-back is expected to be materially lower than the rescission measure and should be treated as a floor.</w:t>
      </w:r>
    </w:p>
    <w:p>
      <w:pPr>
        <w:pStyle w:val="Heading1"/>
      </w:pPr>
      <w:r>
        <w:rPr>
          <w:color w:val="1F4E79"/>
        </w:rPr>
        <w:t>7. Interest</w:t>
      </w:r>
    </w:p>
    <w:p>
      <w:pPr>
        <w:spacing w:after="160"/>
      </w:pPr>
      <w:r>
        <w:rPr>
          <w:rFonts w:ascii="Arial" w:hAnsi="Arial"/>
          <w:b w:val="0"/>
          <w:i w:val="0"/>
          <w:sz w:val="22"/>
        </w:rPr>
        <w:t>Interest is given its own section so the two distinct questions are not conflated.</w:t>
      </w:r>
    </w:p>
    <w:p>
      <w:pPr>
        <w:pStyle w:val="Heading2"/>
      </w:pPr>
      <w:r>
        <w:rPr>
          <w:color w:val="1F4E79"/>
        </w:rPr>
        <w:t>7.1 Interest on the rescission amount</w:t>
      </w:r>
    </w:p>
    <w:p>
      <w:pPr>
        <w:spacing w:after="160"/>
      </w:pPr>
      <w:r>
        <w:rPr>
          <w:rFonts w:ascii="Arial" w:hAnsi="Arial"/>
          <w:b w:val="0"/>
          <w:i w:val="0"/>
          <w:sz w:val="22"/>
        </w:rPr>
        <w:t>Interest has been calculated for each group during the contract period and from contract end to the valuation date of 8 February 2026.</w:t>
      </w:r>
    </w:p>
    <w:p>
      <w:pPr>
        <w:spacing w:after="160"/>
      </w:pPr>
      <w:r>
        <w:rPr>
          <w:rFonts w:ascii="Arial" w:hAnsi="Arial"/>
          <w:b w:val="0"/>
          <w:i w:val="0"/>
          <w:sz w:val="22"/>
        </w:rPr>
        <w:t>Group 1: Interest during contract £9,347; post-contract £39,488. Group total £160,995.</w:t>
      </w:r>
    </w:p>
    <w:p>
      <w:pPr>
        <w:spacing w:after="160"/>
      </w:pPr>
      <w:r>
        <w:rPr>
          <w:rFonts w:ascii="Arial" w:hAnsi="Arial"/>
          <w:b w:val="0"/>
          <w:i w:val="0"/>
          <w:sz w:val="22"/>
        </w:rPr>
        <w:t>Group 2: Interest during contract £2,284; post-contract £9,784. Group total £39,475.</w:t>
      </w:r>
    </w:p>
    <w:p>
      <w:pPr>
        <w:spacing w:after="160"/>
      </w:pPr>
      <w:r>
        <w:rPr>
          <w:rFonts w:ascii="Arial" w:hAnsi="Arial"/>
          <w:b w:val="0"/>
          <w:i w:val="0"/>
          <w:sz w:val="22"/>
        </w:rPr>
        <w:t>Group 3: Interest included in the estimated group total of approximately £56,409.</w:t>
      </w:r>
    </w:p>
    <w:p>
      <w:pPr>
        <w:spacing w:after="160"/>
      </w:pPr>
      <w:r>
        <w:rPr>
          <w:rFonts w:ascii="Arial" w:hAnsi="Arial"/>
          <w:b w:val="0"/>
          <w:i w:val="0"/>
          <w:sz w:val="22"/>
        </w:rPr>
        <w:t>Combined estimated claim value at the valuation date: £256,879.</w:t>
      </w:r>
    </w:p>
    <w:p>
      <w:pPr>
        <w:pStyle w:val="Heading2"/>
      </w:pPr>
      <w:r>
        <w:rPr>
          <w:color w:val="1F4E79"/>
        </w:rPr>
        <w:t>7.2 Interest on the hidden-commission range</w:t>
      </w:r>
    </w:p>
    <w:p>
      <w:pPr>
        <w:spacing w:after="160"/>
      </w:pPr>
      <w:r>
        <w:rPr>
          <w:rFonts w:ascii="Arial" w:hAnsi="Arial"/>
          <w:b w:val="0"/>
          <w:i w:val="0"/>
          <w:sz w:val="22"/>
        </w:rPr>
        <w:t>Because the actual commission amount is not yet known, the four interest options (2 % simple, 4 % simple, 8 % simple, and 4 % above SONIA compounded) cannot yet be applied. They will be calculated once the supplier discloses the commission.</w:t>
      </w:r>
    </w:p>
    <w:p>
      <w:pPr>
        <w:pStyle w:val="Heading1"/>
      </w:pPr>
      <w:r>
        <w:rPr>
          <w:color w:val="1F4E79"/>
        </w:rPr>
        <w:t>8. Quantum summary — headline figures</w:t>
      </w:r>
    </w:p>
    <w:tbl>
      <w:tblPr>
        <w:tblStyle w:val="TableGrid"/>
        <w:tblW w:type="auto" w:w="0"/>
        <w:tblLook w:firstColumn="1" w:firstRow="1" w:lastColumn="0" w:lastRow="0" w:noHBand="0" w:noVBand="1" w:val="04A0"/>
      </w:tblPr>
      <w:tblGrid>
        <w:gridCol w:w="3135"/>
        <w:gridCol w:w="3135"/>
        <w:gridCol w:w="3135"/>
      </w:tblGrid>
      <w:tr>
        <w:tc>
          <w:tcPr>
            <w:tcW w:type="dxa" w:w="3135"/>
          </w:tcPr>
          <w:p>
            <w:r>
              <w:rPr>
                <w:b/>
                <w:sz w:val="20"/>
              </w:rPr>
              <w:t>Basis</w:t>
            </w:r>
          </w:p>
        </w:tc>
        <w:tc>
          <w:tcPr>
            <w:tcW w:type="dxa" w:w="3135"/>
          </w:tcPr>
          <w:p>
            <w:r>
              <w:rPr>
                <w:b/>
                <w:sz w:val="20"/>
              </w:rPr>
              <w:t>Base overcharge £</w:t>
            </w:r>
          </w:p>
        </w:tc>
        <w:tc>
          <w:tcPr>
            <w:tcW w:type="dxa" w:w="3135"/>
          </w:tcPr>
          <w:p>
            <w:r>
              <w:rPr>
                <w:b/>
                <w:sz w:val="20"/>
              </w:rPr>
              <w:t>With interest £</w:t>
            </w:r>
          </w:p>
        </w:tc>
      </w:tr>
      <w:tr>
        <w:tc>
          <w:tcPr>
            <w:tcW w:type="dxa" w:w="3135"/>
          </w:tcPr>
          <w:p>
            <w:r>
              <w:rPr>
                <w:sz w:val="20"/>
              </w:rPr>
              <w:t>Group 1 — Single Rate (8 sites)</w:t>
            </w:r>
          </w:p>
        </w:tc>
        <w:tc>
          <w:tcPr>
            <w:tcW w:type="dxa" w:w="3135"/>
          </w:tcPr>
          <w:p>
            <w:r>
              <w:rPr>
                <w:sz w:val="20"/>
              </w:rPr>
              <w:t>112,160</w:t>
            </w:r>
          </w:p>
        </w:tc>
        <w:tc>
          <w:tcPr>
            <w:tcW w:type="dxa" w:w="3135"/>
          </w:tcPr>
          <w:p>
            <w:r>
              <w:rPr>
                <w:sz w:val="20"/>
              </w:rPr>
              <w:t>160,995</w:t>
            </w:r>
          </w:p>
        </w:tc>
      </w:tr>
      <w:tr>
        <w:tc>
          <w:tcPr>
            <w:tcW w:type="dxa" w:w="3135"/>
          </w:tcPr>
          <w:p>
            <w:r>
              <w:rPr>
                <w:sz w:val="20"/>
              </w:rPr>
              <w:t>Group 2 — Day/Night (3 sites)</w:t>
            </w:r>
          </w:p>
        </w:tc>
        <w:tc>
          <w:tcPr>
            <w:tcW w:type="dxa" w:w="3135"/>
          </w:tcPr>
          <w:p>
            <w:r>
              <w:rPr>
                <w:sz w:val="20"/>
              </w:rPr>
              <w:t>27,407</w:t>
            </w:r>
          </w:p>
        </w:tc>
        <w:tc>
          <w:tcPr>
            <w:tcW w:type="dxa" w:w="3135"/>
          </w:tcPr>
          <w:p>
            <w:r>
              <w:rPr>
                <w:sz w:val="20"/>
              </w:rPr>
              <w:t>39,475</w:t>
            </w:r>
          </w:p>
        </w:tc>
      </w:tr>
      <w:tr>
        <w:tc>
          <w:tcPr>
            <w:tcW w:type="dxa" w:w="3135"/>
          </w:tcPr>
          <w:p>
            <w:r>
              <w:rPr>
                <w:sz w:val="20"/>
              </w:rPr>
              <w:t>Group 3 — Multi-Rate (3 sites)</w:t>
            </w:r>
          </w:p>
        </w:tc>
        <w:tc>
          <w:tcPr>
            <w:tcW w:type="dxa" w:w="3135"/>
          </w:tcPr>
          <w:p>
            <w:r>
              <w:rPr>
                <w:sz w:val="20"/>
              </w:rPr>
              <w:t>~56,409 (est.)</w:t>
            </w:r>
          </w:p>
        </w:tc>
        <w:tc>
          <w:tcPr>
            <w:tcW w:type="dxa" w:w="3135"/>
          </w:tcPr>
          <w:p>
            <w:r>
              <w:rPr>
                <w:sz w:val="20"/>
              </w:rPr>
              <w:t>~56,409 (est.)</w:t>
            </w:r>
          </w:p>
        </w:tc>
      </w:tr>
      <w:tr>
        <w:tc>
          <w:tcPr>
            <w:tcW w:type="dxa" w:w="3135"/>
          </w:tcPr>
          <w:p>
            <w:r>
              <w:rPr>
                <w:sz w:val="20"/>
              </w:rPr>
              <w:t>Portfolio total (primary)</w:t>
            </w:r>
          </w:p>
        </w:tc>
        <w:tc>
          <w:tcPr>
            <w:tcW w:type="dxa" w:w="3135"/>
          </w:tcPr>
          <w:p>
            <w:r>
              <w:rPr>
                <w:sz w:val="20"/>
              </w:rPr>
              <w:t>—</w:t>
            </w:r>
          </w:p>
        </w:tc>
        <w:tc>
          <w:tcPr>
            <w:tcW w:type="dxa" w:w="3135"/>
          </w:tcPr>
          <w:p>
            <w:r>
              <w:rPr>
                <w:sz w:val="20"/>
              </w:rPr>
              <w:t>256,879</w:t>
            </w:r>
          </w:p>
        </w:tc>
      </w:tr>
      <w:tr>
        <w:tc>
          <w:tcPr>
            <w:tcW w:type="dxa" w:w="3135"/>
          </w:tcPr>
          <w:p>
            <w:r>
              <w:rPr>
                <w:sz w:val="20"/>
              </w:rPr>
              <w:t>Commission only — fall-back</w:t>
            </w:r>
          </w:p>
        </w:tc>
        <w:tc>
          <w:tcPr>
            <w:tcW w:type="dxa" w:w="3135"/>
          </w:tcPr>
          <w:p>
            <w:r>
              <w:rPr>
                <w:sz w:val="20"/>
              </w:rPr>
              <w:t>Pending disclosure</w:t>
            </w:r>
          </w:p>
        </w:tc>
        <w:tc>
          <w:tcPr>
            <w:tcW w:type="dxa" w:w="3135"/>
          </w:tcPr>
          <w:p>
            <w:r>
              <w:rPr>
                <w:sz w:val="20"/>
              </w:rPr>
              <w:t>Pending disclosure</w:t>
            </w:r>
          </w:p>
        </w:tc>
      </w:tr>
    </w:tbl>
    <w:p/>
    <w:p>
      <w:pPr>
        <w:spacing w:after="160"/>
      </w:pPr>
      <w:r>
        <w:rPr>
          <w:rFonts w:ascii="Arial" w:hAnsi="Arial"/>
          <w:b w:val="0"/>
          <w:i w:val="0"/>
          <w:sz w:val="22"/>
        </w:rPr>
        <w:t>The headline figure for present purposes is the portfolio rescission quantum of £256,879 at the valuation date. The commission-only claim remains pending disclosure of the actual commission paid. Group 3 remains subject to revision once actual multi-register consumption data is obtained.</w:t>
      </w:r>
    </w:p>
    <w:p>
      <w:pPr>
        <w:pStyle w:val="Heading1"/>
      </w:pPr>
      <w:r>
        <w:rPr>
          <w:color w:val="1F4E79"/>
        </w:rPr>
        <w:t>9. Sensitivity analysis</w:t>
      </w:r>
    </w:p>
    <w:p>
      <w:pPr>
        <w:spacing w:after="160"/>
      </w:pPr>
      <w:r>
        <w:rPr>
          <w:rFonts w:ascii="Arial" w:hAnsi="Arial"/>
          <w:b w:val="0"/>
          <w:i w:val="0"/>
          <w:sz w:val="22"/>
        </w:rPr>
        <w:t>The quantum is most sensitive to:</w:t>
      </w:r>
    </w:p>
    <w:p>
      <w:pPr>
        <w:spacing w:after="160"/>
      </w:pPr>
      <w:r>
        <w:rPr>
          <w:rFonts w:ascii="Arial" w:hAnsi="Arial"/>
          <w:b w:val="0"/>
          <w:i w:val="0"/>
          <w:sz w:val="22"/>
        </w:rPr>
        <w:t>• Actual consumption splits on the three multi-rate sites (currently estimated).</w:t>
      </w:r>
    </w:p>
    <w:p>
      <w:pPr>
        <w:spacing w:after="160"/>
      </w:pPr>
      <w:r>
        <w:rPr>
          <w:rFonts w:ascii="Arial" w:hAnsi="Arial"/>
          <w:b w:val="0"/>
          <w:i w:val="0"/>
          <w:sz w:val="22"/>
        </w:rPr>
        <w:t>• The wholesale benchmark used for the legitimate-cost leg.</w:t>
      </w:r>
    </w:p>
    <w:p>
      <w:pPr>
        <w:spacing w:after="160"/>
      </w:pPr>
      <w:r>
        <w:rPr>
          <w:rFonts w:ascii="Arial" w:hAnsi="Arial"/>
          <w:b w:val="0"/>
          <w:i w:val="0"/>
          <w:sz w:val="22"/>
        </w:rPr>
        <w:t>• Confirmation of contract length (acceptance form states 2 years; one welcome letter shows 27 months).</w:t>
      </w:r>
    </w:p>
    <w:p>
      <w:pPr>
        <w:spacing w:after="160"/>
      </w:pPr>
      <w:r>
        <w:rPr>
          <w:rFonts w:ascii="Arial" w:hAnsi="Arial"/>
          <w:b w:val="0"/>
          <w:i w:val="0"/>
          <w:sz w:val="22"/>
        </w:rPr>
        <w:t>• Resolution of signatory authority.</w:t>
      </w:r>
    </w:p>
    <w:p>
      <w:pPr>
        <w:spacing w:after="160"/>
      </w:pPr>
      <w:r>
        <w:rPr>
          <w:rFonts w:ascii="Arial" w:hAnsi="Arial"/>
          <w:b w:val="0"/>
          <w:i w:val="0"/>
          <w:sz w:val="22"/>
        </w:rPr>
        <w:t>A formal request for the supplier’s actual cost data, the precise commission paid, and the full multi-register bills will allow these figures to be locked down.</w:t>
      </w:r>
    </w:p>
    <w:p>
      <w:pPr>
        <w:pStyle w:val="Heading1"/>
      </w:pPr>
      <w:r>
        <w:rPr>
          <w:color w:val="1F4E79"/>
        </w:rPr>
        <w:t>10. Assumptions and caveats</w:t>
      </w:r>
    </w:p>
    <w:p>
      <w:pPr>
        <w:spacing w:after="160"/>
      </w:pPr>
      <w:r>
        <w:rPr>
          <w:rFonts w:ascii="Arial" w:hAnsi="Arial"/>
          <w:b w:val="0"/>
          <w:i w:val="0"/>
          <w:sz w:val="22"/>
        </w:rPr>
        <w:t>The following points remain dependent on further disclosure or confirmation:</w:t>
      </w:r>
    </w:p>
    <w:p>
      <w:pPr>
        <w:spacing w:after="160"/>
      </w:pPr>
      <w:r>
        <w:rPr>
          <w:rFonts w:ascii="Arial" w:hAnsi="Arial"/>
          <w:b w:val="0"/>
          <w:i w:val="0"/>
          <w:sz w:val="22"/>
        </w:rPr>
        <w:t>• The actual commission paid by the supplier to the broker has not been disclosed. A formal request is required.</w:t>
      </w:r>
    </w:p>
    <w:p>
      <w:pPr>
        <w:spacing w:after="160"/>
      </w:pPr>
      <w:r>
        <w:rPr>
          <w:rFonts w:ascii="Arial" w:hAnsi="Arial"/>
          <w:b w:val="0"/>
          <w:i w:val="0"/>
          <w:sz w:val="22"/>
        </w:rPr>
        <w:t>• Group 3 multi-rate sites use an estimated weighted rate; actual register data is required for accuracy.</w:t>
      </w:r>
    </w:p>
    <w:p>
      <w:pPr>
        <w:spacing w:after="160"/>
      </w:pPr>
      <w:r>
        <w:rPr>
          <w:rFonts w:ascii="Arial" w:hAnsi="Arial"/>
          <w:b w:val="0"/>
          <w:i w:val="0"/>
          <w:sz w:val="22"/>
        </w:rPr>
        <w:t>• Signatory authority: neither the LOA nor the contract signatory is recorded as a director. Confirmation of authority to bind the company is required.</w:t>
      </w:r>
    </w:p>
    <w:p>
      <w:pPr>
        <w:spacing w:after="160"/>
      </w:pPr>
      <w:r>
        <w:rPr>
          <w:rFonts w:ascii="Arial" w:hAnsi="Arial"/>
          <w:b w:val="0"/>
          <w:i w:val="0"/>
          <w:sz w:val="22"/>
        </w:rPr>
        <w:t>• The LOA post-dates the contracts by approximately four months.</w:t>
      </w:r>
    </w:p>
    <w:p>
      <w:pPr>
        <w:spacing w:after="160"/>
      </w:pPr>
      <w:r>
        <w:rPr>
          <w:rFonts w:ascii="Arial" w:hAnsi="Arial"/>
          <w:b w:val="0"/>
          <w:i w:val="0"/>
          <w:sz w:val="22"/>
        </w:rPr>
        <w:t>• Contract term has been taken as 24 months per the acceptance form; one welcome letter records 27 months.</w:t>
      </w:r>
    </w:p>
    <w:p>
      <w:pPr>
        <w:spacing w:after="160"/>
      </w:pPr>
      <w:r>
        <w:rPr>
          <w:rFonts w:ascii="Arial" w:hAnsi="Arial"/>
          <w:b w:val="0"/>
          <w:i w:val="0"/>
          <w:sz w:val="22"/>
        </w:rPr>
        <w:t>• Full bill-by-bill data has not yet been examined for every site.</w:t>
      </w:r>
    </w:p>
    <w:p>
      <w:pPr>
        <w:spacing w:after="160"/>
      </w:pPr>
      <w:r>
        <w:rPr>
          <w:rFonts w:ascii="Arial" w:hAnsi="Arial"/>
          <w:b w:val="0"/>
          <w:i/>
          <w:sz w:val="22"/>
        </w:rPr>
        <w:t>This valuation is provisional. It must be refreshed once the supplier’s disclosure is received and the authority questions are resolved. No numerical rate or commission figure has been invented.</w:t>
      </w:r>
    </w:p>
    <w:p>
      <w:pPr>
        <w:pStyle w:val="Heading1"/>
      </w:pPr>
      <w:r>
        <w:rPr>
          <w:color w:val="1F4E79"/>
        </w:rPr>
        <w:t>11. Basis, limitations and confirmation</w:t>
      </w:r>
    </w:p>
    <w:p>
      <w:pPr>
        <w:pStyle w:val="Heading2"/>
      </w:pPr>
      <w:r>
        <w:rPr>
          <w:color w:val="1F4E79"/>
        </w:rPr>
        <w:t>11.1 Status of this valuation</w:t>
      </w:r>
    </w:p>
    <w:p>
      <w:pPr>
        <w:spacing w:after="160"/>
      </w:pPr>
      <w:r>
        <w:rPr>
          <w:rFonts w:ascii="Arial" w:hAnsi="Arial"/>
          <w:b w:val="0"/>
          <w:i w:val="0"/>
          <w:sz w:val="22"/>
        </w:rPr>
        <w:t>This is a quantum valuation. It is provided solely to assist the instructing solicitor in assessing the claim.</w:t>
      </w:r>
    </w:p>
    <w:p>
      <w:pPr>
        <w:pStyle w:val="Heading2"/>
      </w:pPr>
      <w:r>
        <w:rPr>
          <w:color w:val="1F4E79"/>
        </w:rPr>
        <w:t>11.2 Limitations</w:t>
      </w:r>
    </w:p>
    <w:p>
      <w:pPr>
        <w:spacing w:after="160"/>
      </w:pPr>
      <w:r>
        <w:rPr>
          <w:rFonts w:ascii="Arial" w:hAnsi="Arial"/>
          <w:b w:val="0"/>
          <w:i w:val="0"/>
          <w:sz w:val="22"/>
        </w:rPr>
        <w:t>• The figures are based on the information available at 8 February 2026. They are capable of moving once full disclosure is received.</w:t>
      </w:r>
    </w:p>
    <w:p>
      <w:pPr>
        <w:spacing w:after="160"/>
      </w:pPr>
      <w:r>
        <w:rPr>
          <w:rFonts w:ascii="Arial" w:hAnsi="Arial"/>
          <w:b w:val="0"/>
          <w:i w:val="0"/>
          <w:sz w:val="22"/>
        </w:rPr>
        <w:t>• The author expresses no view on liability.</w:t>
      </w:r>
    </w:p>
    <w:p>
      <w:pPr>
        <w:spacing w:after="160"/>
      </w:pPr>
      <w:r>
        <w:rPr>
          <w:rFonts w:ascii="Arial" w:hAnsi="Arial"/>
          <w:b w:val="0"/>
          <w:i w:val="0"/>
          <w:sz w:val="22"/>
        </w:rPr>
        <w:t>• The legal foundation at Section 3 is context only; it is not a legal opinion.</w:t>
      </w:r>
    </w:p>
    <w:p>
      <w:pPr>
        <w:spacing w:after="160"/>
      </w:pPr>
      <w:r>
        <w:rPr>
          <w:rFonts w:ascii="Arial" w:hAnsi="Arial"/>
          <w:b w:val="0"/>
          <w:i w:val="0"/>
          <w:sz w:val="22"/>
        </w:rPr>
        <w:t>• Signatory authority remains unresolved and must be confirmed before the claim is formally advanced.</w:t>
      </w:r>
    </w:p>
    <w:p>
      <w:pPr>
        <w:pStyle w:val="Heading2"/>
      </w:pPr>
      <w:r>
        <w:rPr>
          <w:color w:val="1F4E79"/>
        </w:rPr>
        <w:t>11.3 Confirmation</w:t>
      </w:r>
    </w:p>
    <w:p>
      <w:pPr>
        <w:spacing w:after="160"/>
      </w:pPr>
      <w:r>
        <w:rPr>
          <w:rFonts w:ascii="Arial" w:hAnsi="Arial"/>
          <w:b w:val="0"/>
          <w:i w:val="0"/>
          <w:sz w:val="22"/>
        </w:rPr>
        <w:t>The author confirms that this valuation represents an honest professional assessment of quantum based on the information available at the date of valuation, and that the instructing solicitor will be advised if anything later comes to attention that materially changes the figures.</w:t>
      </w:r>
    </w:p>
    <w:p/>
    <w:p>
      <w:pPr>
        <w:spacing w:after="160"/>
      </w:pPr>
      <w:r>
        <w:rPr>
          <w:rFonts w:ascii="Arial" w:hAnsi="Arial"/>
          <w:b w:val="0"/>
          <w:i w:val="0"/>
          <w:sz w:val="22"/>
        </w:rPr>
        <w:t>Signature: _______________________________     Date: _______________</w:t>
      </w:r>
    </w:p>
    <w:p>
      <w:pPr>
        <w:spacing w:after="160"/>
      </w:pPr>
      <w:r>
        <w:rPr>
          <w:rFonts w:ascii="Arial" w:hAnsi="Arial"/>
          <w:b w:val="0"/>
          <w:i w:val="0"/>
          <w:sz w:val="22"/>
        </w:rPr>
        <w:t>[NAME]</w:t>
      </w:r>
    </w:p>
    <w:p>
      <w:r>
        <w:br w:type="page"/>
      </w:r>
    </w:p>
    <w:p>
      <w:pPr>
        <w:pStyle w:val="Heading1"/>
      </w:pPr>
      <w:r>
        <w:rPr>
          <w:color w:val="1F4E79"/>
        </w:rPr>
        <w:t>Appendices</w:t>
      </w:r>
    </w:p>
    <w:p>
      <w:pPr>
        <w:spacing w:after="160"/>
      </w:pPr>
      <w:r>
        <w:rPr>
          <w:rFonts w:ascii="Arial" w:hAnsi="Arial"/>
          <w:b w:val="0"/>
          <w:i w:val="0"/>
          <w:sz w:val="22"/>
        </w:rPr>
        <w:t>Appendix A — Site-by-site and group calculation tables (to be completed from the full invoice set).</w:t>
      </w:r>
    </w:p>
    <w:p>
      <w:pPr>
        <w:spacing w:after="160"/>
      </w:pPr>
      <w:r>
        <w:rPr>
          <w:rFonts w:ascii="Arial" w:hAnsi="Arial"/>
          <w:b w:val="0"/>
          <w:i w:val="0"/>
          <w:sz w:val="22"/>
        </w:rPr>
        <w:t>Appendix B — Wholesale price series (July 2018 ALL-IN 5.50 p/kWh; October 2018 ALL-IN 5.90 p/kWh; November 2018 ALL-IN 5.85 p/kWh).</w:t>
      </w:r>
    </w:p>
    <w:p>
      <w:pPr>
        <w:spacing w:after="160"/>
      </w:pPr>
      <w:r>
        <w:rPr>
          <w:rFonts w:ascii="Arial" w:hAnsi="Arial"/>
          <w:b w:val="0"/>
          <w:i w:val="0"/>
          <w:sz w:val="22"/>
        </w:rPr>
        <w:t>Appendix C — Interest workings (during-contract and post-contract to 8 February 2026).</w:t>
      </w:r>
    </w:p>
    <w:p>
      <w:pPr>
        <w:spacing w:after="160"/>
      </w:pPr>
      <w:r>
        <w:rPr>
          <w:rFonts w:ascii="Arial" w:hAnsi="Arial"/>
          <w:b w:val="0"/>
          <w:i w:val="0"/>
          <w:sz w:val="22"/>
        </w:rPr>
        <w:t>Appendix D — Authorities cited: Wood v Commercial First Business Ltd [2021] EWCA Civ 471; Bristol &amp; West Building Society v Mothew [1998] Ch 1; Hopcraft / Johnson / Wrench [2025] UKSC 33; Expert Tooling v Engie [2025] EWCA Civ 292.</w:t>
      </w:r>
    </w:p>
    <w:p>
      <w:pPr>
        <w:spacing w:after="160"/>
      </w:pPr>
      <w:r>
        <w:rPr>
          <w:rFonts w:ascii="Arial" w:hAnsi="Arial"/>
          <w:b w:val="0"/>
          <w:i w:val="0"/>
          <w:sz w:val="22"/>
        </w:rPr>
        <w:t>Appendix E — Glossary.</w:t>
      </w:r>
    </w:p>
    <w:p>
      <w:pPr>
        <w:spacing w:after="160"/>
      </w:pPr>
      <w:r>
        <w:rPr>
          <w:rFonts w:ascii="Arial" w:hAnsi="Arial"/>
          <w:b w:val="0"/>
          <w:i w:val="0"/>
          <w:sz w:val="22"/>
        </w:rPr>
        <w:t>Appendix F — Notes on signatory authority and LOA timing.</w:t>
      </w:r>
    </w:p>
    <w:sectPr w:rsidR="00FC693F" w:rsidRPr="0006063C" w:rsidSect="00034616">
      <w:headerReference w:type="default" r:id="rId9"/>
      <w:pgSz w:w="12240" w:h="15840"/>
      <w:pgMar w:top="1134" w:right="1417"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jc w:val="left"/>
    </w:pPr>
    <w:r/>
    <w:r>
      <w:drawing>
        <wp:inline xmlns:a="http://schemas.openxmlformats.org/drawingml/2006/main" xmlns:pic="http://schemas.openxmlformats.org/drawingml/2006/picture">
          <wp:extent cx="335101" cy="502920"/>
          <wp:docPr id="1" name="Picture 1"/>
          <wp:cNvGraphicFramePr>
            <a:graphicFrameLocks noChangeAspect="1"/>
          </wp:cNvGraphicFramePr>
          <a:graphic>
            <a:graphicData uri="http://schemas.openxmlformats.org/drawingml/2006/picture">
              <pic:pic>
                <pic:nvPicPr>
                  <pic:cNvPr id="0" name="image.png"/>
                  <pic:cNvPicPr/>
                </pic:nvPicPr>
                <pic:blipFill>
                  <a:blip r:embed="rId1"/>
                  <a:stretch>
                    <a:fillRect/>
                  </a:stretch>
                </pic:blipFill>
                <pic:spPr>
                  <a:xfrm>
                    <a:off x="0" y="0"/>
                    <a:ext cx="335101" cy="502920"/>
                  </a:xfrm>
                  <a:prstGeom prst="rect"/>
                </pic:spPr>
              </pic:pic>
            </a:graphicData>
          </a:graphic>
        </wp:inline>
      </w:drawing>
    </w:r>
    <w:r>
      <w:rPr>
        <w:rFonts w:ascii="Calibri" w:hAnsi="Calibri" w:eastAsia="Calibri"/>
        <w:b/>
        <w:color w:val="7A1F2B"/>
        <w:sz w:val="18"/>
      </w:rPr>
      <w:t xml:space="preserve">    CRIMSON HORSE</w:t>
    </w:r>
  </w:p>
  <w:p>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